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משטרים טוטליטריים והשואה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המאפיינים המרכזיים של משטר טוטליטרי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קומוניזם לפשיזם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גטו וכיצד שמרו בו היהודים על צלם אנוש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שליטה בכל תחומי 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הקומוניסטים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תואר המנהיג הפשיסטי באיטליה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שני המשטרים התפתחו מתוך תסכול ומצוקה כלכלית וחברתית לאחר המלחמה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במשטר טוטליטרי קיימת בדרך כלל מפלגה יחידה השולטת בכל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רעיון השוויון הכלכלי הוא בסיס האידאולוגיה הקומוניסטית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מצעד על רומא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תעמולה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(שאיפה לשוויון כלכלי וביטול המעמדות)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(האדרת המדינה, הלאום והמנהיג)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(מועצה יהודית בגטו)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(כלי דיכוי נגד מתנגדי המשטר)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מלחמת העולם הראשונה ותוצאותיה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המהפכה הבולשביקית בברית המועצות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עליית מוסוליני לשלטון באיטליה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הקמת גטאות בתקופת השואה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תעמולה, משטרה חשאית וטרור שלטוני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הערצה והאדרה מוגזמת של דמות המנהיג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שליטה בכל תחומי חיי האזרחים באמצעות תעמולה, משטרה חשאית וטרור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קומוניזם מדגיש שוויון כלכלי, פשיזם מדגיש לאומנות וכוח המדינה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פעילות תרבותית, חינוכית או שמירה על חיי יום-יום מכובדים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לצפות בקטע מהסרטון לפני פתרון הדף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 - קבוצה אחת מתמקדת בקומוניזם והשנייה בפשיזם לצורך הדיון בהשוואה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משטרים טוטליטריים והשואה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מושגים הקשורים למשטרים טוטליטריים שקמו באירופה במאה העשרים, ולחיי היהודים בגטאות בתקופת השואה.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תעמולה  ·  עבודה  ·  מצעד על רומא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המאפיין המרכזי ביותר של משטר טוטליטרי?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שליטה בכל תחומי החיים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בחירות חופשיות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חופש עיתונות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הנהיג את ברית המועצות אחרי המהפכה הבולשביקית?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היטלר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מוסוליני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הקומוניסטים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מהו הדוצ'ה?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תואר המנהיג הפשיסטי באיטליה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מפלגה גרמנית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סמל קומוניסטי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קומוניזם ופשיזם צמחו שניהם מתוך המשבר שלאחר מלחמת העולם הראשונה.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במשטר טוטליטרי יש בדרך כלל יותר ממפלגה פוליטית אחת.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הקומוניזם מאמין בשוויון בין בני האדם ובביטול הקניין הפרטי.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הגולאג היה מערכת מחנות __________ בברית המועצות.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היתה תעלול תעמולתי שארגן מוסוליני כדי להשתלט על השלטון באיטליה.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במשטר טוטליטרי משתמשים ב__________ כדי לשכנע את האזרחים ולשלוט בדעתם.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קומוניזם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כלי דיכוי נגד מתנגדי המשטר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פשיזם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מועצה יהודית בגטו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יודנראט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האדרת המדינה, הלאום והמנהיג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משטרה חשאית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שאיפה לשוויון כלכלי וביטול המעמדות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הקמת גטאות בתקופת השואה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מלחמת העולם הראשונה ותוצאותיה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המהפכה הבולשביקית בברית המועצות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עליית מוסוליני לשלטון באיטליה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מהם שלושה כלים שבהם השתמש משטר טוטליטרי כדי לשלוט באזרחים?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הסבירו במשפט אחד מהו 'פולחן אישיות'.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משטר טוטליטרי?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הבדל אחד בין קומוניזם לפשיזם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משטרים טוטליטריים והשואה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