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משטרים טוטליטריים והשואה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המאפיינים המרכזיים של משטר טוטליטרי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להשוות בין קומוניזם לפשיזם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מהו גטו וכיצד שמרו בו היהודים על צלם אנוש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שליטה בכל תחומי החיים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הקומוניסטים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תוכנית כלכלית לפיתוח התעשייה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תואר המנהיג הפשיסטי באיטליה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פשיזם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ועד יהודי שמונה בידי הגרמנים לנהל את הגטו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שני המשטרים התפתחו מתוך תסכול ומצוקה כלכלית וחברתית לאחר המלחמה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במשטר טוטליטרי קיימת בדרך כלל מפלגה יחידה השולטת בכל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רעיון השוויון הכלכלי הוא בסיס האידאולוגיה הקומוניסטית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הפשיזם האדיר את המלחמה והכוח כערכים מרכזיים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הגטאות נבדלו זה מזה בגודל, בתנאים ובאופן הניהול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זהו שם לפעילות תיעוד וארכיון יהודי חשאי בגטו ורשה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עבודה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מצעד על רומא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תעמולה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אליטיזם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קידוש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ועדי בתים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(שאיפה לשוויון כלכלי וביטול המעמדות)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(האדרת המדינה, הלאום והמנהיג)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(מועצה יהודית בגטו)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(כלי דיכוי נגד מתנגדי המשטר)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(מחנות עבודה בברית המועצות)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כרונולוגי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מלחמת העולם הראשונה ותוצאותיה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המהפכה הבולשביקית בברית המועצות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עליית מוסוליני לשלטון באיטליה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הקמת גטאות בתקופת השואה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שאלות פתוחות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תעמולה, משטרה חשאית וטרור שלטוני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הערצה והאדרה מוגזמת של דמות המנהיג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שליטה בכל תחומי חיי האזרחים באמצעות תעמולה, משטרה חשאית וטרור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קומוניזם מדגיש שוויון כלכלי, פשיזם מדגיש לאומנות וכוח המדינה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פעילות תרבותית, חינוכית או שמירה על חיי יום-יום מכובדים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לצפות בקטע מהסרטון לפני פתרון הדף כדי לחזק את ההבנה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הכיתה לקבוצות - קבוצה אחת מתמקדת בקומוניזם והשנייה בפשיזם לצורך הדיון בהשוואה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משטרים טוטליטריים והשואה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מושגים הקשורים למשטרים טוטליטריים שקמו באירופה במאה העשרים, ולחיי היהודים בגטאות בתקופת השואה.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המאפיין המרכזי ביותר של משטר טוטליטרי?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שליטה בכל תחומי החיים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בחירות חופשיות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חופש עיתונות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ביזור שלטוני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הנהיג את ברית המועצות אחרי המהפכה הבולשביקית?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היטלר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מוסוליני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הקומוניסטים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הצאר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מהי 'תוכנית חומש'?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תוכנית כלכלית לפיתוח התעשייה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חגיגה לאומית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סמל צבאי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חוק דתי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מהו הדוצ'ה?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תואר המנהיג הפשיסטי באיטליה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מפלגה גרמנית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סמל קומוניסטי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של גטו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מהי האידאולוגיה שהאמינה שהמדינה היא הערך העליון?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דמוקרטיה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פשיזם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ליברליזם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אנרכיזם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היה תפקיד היודנראט בגטו?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ועד יהודי שמונה בידי הגרמנים לנהל את הגטו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משטרה חשאית גרמנית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תנועת מרי יהודית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ארגון כלכלי בינלאומי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קומוניזם ופשיזם צמחו שניהם מתוך המשבר שלאחר מלחמת העולם הראשונה.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במשטר טוטליטרי יש בדרך כלל יותר ממפלגה פוליטית אחת.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הקומוניזם מאמין בשוויון בין בני האדם ובביטול הקניין הפרטי.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הפשיזם מתנגד להאדרת המלחמה והכוח הצבאי.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הגטאות בתקופת השואה היו זהים לחלוטין זה לזה.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'עונג שבת' היה פעילות תרבותית חשאית בגטו ורשה.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הגולאג היה מערכת מחנות __________ בברית המועצות.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ה__________ היתה תעלול תעמולתי שארגן מוסוליני כדי להשתלט על השלטון באיטליה.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במשטר טוטליטרי משתמשים ב__________ כדי לשכנע את האזרחים ולשלוט בדעתם.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מתן ייחוד ומעמד מיוחד לקבוצה נבחרת של אנשים נקרא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פעולות התנגדות שקטות ליצירת חיי יום-יום מכובדים בגטו נקראות __________ החיים.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ה__________ היו גופים יהודיים שטיפלו בצרכי התושבים בבתים בגטו.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קומוניזם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מועצה יהודית בגטו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פשיזם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כלי דיכוי נגד מתנגדי המשטר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יודנראט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מחנות עבודה בברית המועצות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משטרה חשאית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שאיפה לשוויון כלכלי וביטול המעמדות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גולאג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האדרת המדינה, הלאום והמנהיג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כרונולוגי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הקמת גטאות בתקופת השואה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המהפכה הבולשביקית בברית המועצות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עליית מוסוליני לשלטון באיטליה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מלחמת העולם הראשונה ותוצאותיה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שאלות 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מהם שלושה כלים שבהם השתמש משטר טוטליטרי כדי לשלוט באזרחים?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במשפט אחד מהו 'פולחן אישיות'.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משטר טוטליטרי?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הבדל אחד בין קומוניזם לפשיזם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דוגמה אחת לעמידה בגטו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משטרים טוטליטריים והשואה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